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rPr>
          <w:sz w:val="32"/>
        </w:rPr>
        <w:t>Advent ist ein Leuchten</w:t>
      </w:r>
    </w:p>
    <w:p/>
    <w:p>
      <w:pPr>
        <w:pStyle w:val="Heading2"/>
      </w:pPr>
      <w:r>
        <w:rPr>
          <w:sz w:val="28"/>
        </w:rPr>
        <w:t>Stimme (S)</w:t>
      </w:r>
    </w:p>
    <w:p/>
    <w:p>
      <w:pPr>
        <w:pStyle w:val="Heading3"/>
      </w:pPr>
      <w:r>
        <w:t>1. Strophe</w:t>
      </w:r>
    </w:p>
    <w:p>
      <w:r>
        <w:rPr>
          <w:rFonts w:ascii="Arial" w:hAnsi="Arial"/>
          <w:sz w:val="22"/>
        </w:rPr>
        <w:t>Ad-vent ist Leuch-ten, ein Licht in der Nacht , der Schein ist Jahr-tau-sen-de alt._  |  ||: Wie da-mals ver-spü-re, wenn's dun keit und friert, dass wär-mer und hel-ler es wird, |  :|| wird, |</w:t>
      </w:r>
    </w:p>
    <w:p/>
    <w:p>
      <w:pPr>
        <w:pStyle w:val="Heading3"/>
      </w:pPr>
      <w:r>
        <w:t>2. Strophe</w:t>
      </w:r>
    </w:p>
    <w:p>
      <w:r>
        <w:rPr>
          <w:rFonts w:ascii="Arial" w:hAnsi="Arial"/>
          <w:sz w:val="22"/>
        </w:rPr>
        <w:t>Nacht, und die-ses ver-kün-det uns viel._  |  ||: Es spricht von der Hoff-nung, vom e-wi-gen Licht, und We-gen voll Zu-ver-sicht, |  :|| sicht, |</w:t>
      </w:r>
    </w:p>
    <w:p/>
    <w:p>
      <w:pPr>
        <w:pStyle w:val="Heading3"/>
      </w:pPr>
      <w:r>
        <w:t>3. Strophe</w:t>
      </w:r>
    </w:p>
    <w:p>
      <w:r>
        <w:rPr>
          <w:rFonts w:ascii="Arial" w:hAnsi="Arial"/>
          <w:sz w:val="22"/>
        </w:rPr>
        <w:t>Nacht sein Fla-ckern, es leu-chtet so froh._  |  ||: Halt in-ne und fin-de da-rin mit Be-dacht die Bot-schaft der hei-li-gen. Nacht. |  :|| nacht, |</w:t>
      </w:r>
    </w:p>
    <w:p/>
    <w:p/>
    <w:p>
      <w:pPr>
        <w:pStyle w:val="Heading2"/>
      </w:pPr>
      <w:r>
        <w:rPr>
          <w:sz w:val="28"/>
        </w:rPr>
        <w:t>Stimme (A)</w:t>
      </w:r>
    </w:p>
    <w:p/>
    <w:p>
      <w:pPr>
        <w:pStyle w:val="Heading3"/>
      </w:pPr>
      <w:r>
        <w:t>1. Strophe</w:t>
      </w:r>
    </w:p>
    <w:p>
      <w:r>
        <w:rPr>
          <w:rFonts w:ascii="Arial" w:hAnsi="Arial"/>
          <w:sz w:val="22"/>
        </w:rPr>
        <w:t>Ad-vent ist ein Leuch-ten. ein Licht in der Nacht , der Schein ist Jahr-tau-sen-de alt._  |  ||: Wie da-mals ver-spü-re, wenn's dun-kelt und friert, dass wär-mer und hel-ler es wird. |  :|| wird. |</w:t>
      </w:r>
    </w:p>
    <w:p/>
    <w:p>
      <w:pPr>
        <w:pStyle w:val="Heading3"/>
      </w:pPr>
      <w:r>
        <w:t>2. Strophe</w:t>
      </w:r>
    </w:p>
    <w:p>
      <w:r>
        <w:rPr>
          <w:rFonts w:ascii="Arial" w:hAnsi="Arial"/>
          <w:sz w:val="22"/>
        </w:rPr>
        <w:t>Nacht, und die-ses ver-kün-det uns viel._  |  ||: Es spricht von der Hoff-nung, vom e-wi-gen Licht, und We-gen voll Zu-ver-sicht, |  :|| sicht. |</w:t>
      </w:r>
    </w:p>
    <w:p/>
    <w:p>
      <w:pPr>
        <w:pStyle w:val="Heading3"/>
      </w:pPr>
      <w:r>
        <w:t>3. Strophe</w:t>
      </w:r>
    </w:p>
    <w:p>
      <w:r>
        <w:rPr>
          <w:rFonts w:ascii="Arial" w:hAnsi="Arial"/>
          <w:sz w:val="22"/>
        </w:rPr>
        <w:t>Nacht sein Fla-ckern, es leu-chtet so froh._  |  ||: Halt in-ne und fin-de da-rin mit Be-dacht die Bot-schaft der Hei-li-gen Nacht, |  :|| Nacht. |</w:t>
      </w:r>
    </w:p>
    <w:p/>
    <w:p/>
    <w:p>
      <w:pPr>
        <w:pStyle w:val="Heading2"/>
      </w:pPr>
      <w:r>
        <w:rPr>
          <w:sz w:val="28"/>
        </w:rPr>
        <w:t>Stimme (T)</w:t>
      </w:r>
    </w:p>
    <w:p/>
    <w:p>
      <w:pPr>
        <w:pStyle w:val="Heading3"/>
      </w:pPr>
      <w:r>
        <w:t>1. Strophe</w:t>
      </w:r>
    </w:p>
    <w:p>
      <w:r>
        <w:rPr>
          <w:rFonts w:ascii="Arial" w:hAnsi="Arial"/>
          <w:sz w:val="22"/>
        </w:rPr>
        <w:t>1-3. Ad-vent ist ein Leuch-ten, ein Licht in der Nacht, der Schein ist Jahr-tau-sen-de alt._  |  ||: Wie da-mals ver-spü-re, wenn's dun-kelt und friert, dass wär-mer und hel-ler es wird. |  :|| wird. |</w:t>
      </w:r>
    </w:p>
    <w:p/>
    <w:p>
      <w:pPr>
        <w:pStyle w:val="Heading3"/>
      </w:pPr>
      <w:r>
        <w:t>2. Strophe</w:t>
      </w:r>
    </w:p>
    <w:p>
      <w:r>
        <w:rPr>
          <w:rFonts w:ascii="Arial" w:hAnsi="Arial"/>
          <w:sz w:val="22"/>
        </w:rPr>
        <w:t>Nacht, und die-ses ver-kün-det uns viel._  |  ||: Es spricht von der Hoff-nung, vom e-wi-gen Licht, und We-gen voll Zu-ver-sicht, |  :|| sicht. |</w:t>
      </w:r>
    </w:p>
    <w:p/>
    <w:p>
      <w:pPr>
        <w:pStyle w:val="Heading3"/>
      </w:pPr>
      <w:r>
        <w:t>3. Strophe</w:t>
      </w:r>
    </w:p>
    <w:p>
      <w:r>
        <w:rPr>
          <w:rFonts w:ascii="Arial" w:hAnsi="Arial"/>
          <w:sz w:val="22"/>
        </w:rPr>
        <w:t>Nacht, sein Fla-ckern, es leu-cht so froh._  |  ||: Halt in-ne und fin-de da-rin mit Be-dacht die Bot-schaft der Hei-li-gen Nacht, |  :|| Nacht. |</w:t>
      </w:r>
    </w:p>
    <w:p/>
    <w:p/>
    <w:p>
      <w:pPr>
        <w:pStyle w:val="Heading2"/>
      </w:pPr>
      <w:r>
        <w:rPr>
          <w:sz w:val="28"/>
        </w:rPr>
        <w:t>Stimme (B)</w:t>
      </w:r>
    </w:p>
    <w:p/>
    <w:p>
      <w:pPr>
        <w:pStyle w:val="Heading3"/>
      </w:pPr>
      <w:r>
        <w:t>1. Strophe</w:t>
      </w:r>
    </w:p>
    <w:p>
      <w:r>
        <w:rPr>
          <w:rFonts w:ascii="Arial" w:hAnsi="Arial"/>
          <w:sz w:val="22"/>
        </w:rPr>
        <w:t>1-3. Ad-vent ist ein Leuch-ten, ein Licht in der |  ||:  |  :||  |</w:t>
      </w:r>
    </w:p>
    <w:p/>
    <w:p/>
    <w:p/>
    <w:p>
      <w:pPr>
        <w:pStyle w:val="Heading3"/>
      </w:pPr>
      <w:r>
        <w:t>Legende:</w:t>
      </w:r>
    </w:p>
    <w:p>
      <w:r>
        <w:t xml:space="preserve">  -  = Silbentrennung (hyphen) / Melisma</w:t>
      </w:r>
    </w:p>
    <w:p>
      <w:r>
        <w:t xml:space="preserve">  _  = Haltelinie (extender)</w:t>
      </w:r>
    </w:p>
    <w:p>
      <w:r>
        <w:t xml:space="preserve">  |  = Pause</w:t>
      </w:r>
    </w:p>
    <w:p>
      <w:r>
        <w:t xml:space="preserve">  ||:  = Wiederholung Anfang</w:t>
      </w:r>
    </w:p>
    <w:p>
      <w:r>
        <w:t xml:space="preserve">  :||  = Wiederholung Ende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